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BEEA0" w14:textId="77777777" w:rsidR="00A82B56" w:rsidRDefault="003C2B16">
      <w:pPr>
        <w:jc w:val="center"/>
      </w:pPr>
      <w:r>
        <w:rPr>
          <w:noProof/>
        </w:rPr>
        <w:drawing>
          <wp:inline distT="0" distB="0" distL="0" distR="0" wp14:anchorId="2AB0887D" wp14:editId="5170EBCA">
            <wp:extent cx="1417320" cy="108398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7D18B4E-216E-47B0-8769-FD2FEA22B0BC.jpe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17320" cy="10839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9E4074" w14:textId="21A8F3FC" w:rsidR="00A82B56" w:rsidRDefault="003C2B16">
      <w:pPr>
        <w:spacing w:after="20"/>
        <w:jc w:val="center"/>
      </w:pPr>
      <w:r>
        <w:rPr>
          <w:b/>
          <w:sz w:val="40"/>
        </w:rPr>
        <w:t>T</w:t>
      </w:r>
      <w:r w:rsidR="00C355DE">
        <w:rPr>
          <w:b/>
          <w:sz w:val="40"/>
        </w:rPr>
        <w:t>EEN YOMPERS</w:t>
      </w:r>
    </w:p>
    <w:p w14:paraId="0C1B4AD5" w14:textId="77777777" w:rsidR="00A82B56" w:rsidRDefault="003C2B16">
      <w:pPr>
        <w:spacing w:after="80"/>
        <w:jc w:val="center"/>
      </w:pPr>
      <w:r>
        <w:rPr>
          <w:b/>
          <w:sz w:val="22"/>
        </w:rPr>
        <w:t>Parent/Guardian Consent, Medical Information &amp; Acknowledgement of Risk Form</w:t>
      </w:r>
    </w:p>
    <w:p w14:paraId="0E1272B3" w14:textId="77777777" w:rsidR="00A82B56" w:rsidRDefault="003C2B16">
      <w:pPr>
        <w:spacing w:after="140"/>
        <w:jc w:val="center"/>
      </w:pPr>
      <w:r>
        <w:rPr>
          <w:i/>
        </w:rPr>
        <w:t xml:space="preserve">Powered by Commando </w:t>
      </w:r>
      <w:proofErr w:type="gramStart"/>
      <w:r>
        <w:rPr>
          <w:i/>
        </w:rPr>
        <w:t>Mindset  |</w:t>
      </w:r>
      <w:proofErr w:type="gramEnd"/>
      <w:r>
        <w:rPr>
          <w:i/>
        </w:rPr>
        <w:t xml:space="preserve">  Participants aged 13-17</w:t>
      </w:r>
    </w:p>
    <w:p w14:paraId="74C6F2AA" w14:textId="515424B8" w:rsidR="00A82B56" w:rsidRDefault="003C2B16">
      <w:pPr>
        <w:spacing w:after="120"/>
      </w:pPr>
      <w:r>
        <w:t>Please complete this form before the young person participates in any T</w:t>
      </w:r>
      <w:r w:rsidR="00127778">
        <w:t xml:space="preserve">een </w:t>
      </w:r>
      <w:proofErr w:type="spellStart"/>
      <w:r w:rsidR="00127778">
        <w:t>Yompers</w:t>
      </w:r>
      <w:proofErr w:type="spellEnd"/>
      <w:r>
        <w:t xml:space="preserve"> activity. Please notify Commando Mindset if any information changes.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A82B56" w14:paraId="4B072CC6" w14:textId="77777777">
        <w:trPr>
          <w:jc w:val="center"/>
        </w:trPr>
        <w:tc>
          <w:tcPr>
            <w:tcW w:w="10368" w:type="dxa"/>
            <w:shd w:val="clear" w:color="auto" w:fill="D9D9D9"/>
            <w:vAlign w:val="center"/>
          </w:tcPr>
          <w:p w14:paraId="0F5856D0" w14:textId="77777777" w:rsidR="00A82B56" w:rsidRDefault="003C2B16">
            <w:pPr>
              <w:spacing w:after="0"/>
            </w:pPr>
            <w:r>
              <w:rPr>
                <w:b/>
                <w:sz w:val="21"/>
              </w:rPr>
              <w:t>1. PARTICIPANT DETAILS</w:t>
            </w:r>
          </w:p>
        </w:tc>
      </w:tr>
    </w:tbl>
    <w:p w14:paraId="6D4D7F25" w14:textId="77777777" w:rsidR="00A82B56" w:rsidRDefault="003C2B16">
      <w:pPr>
        <w:spacing w:after="60"/>
      </w:pPr>
      <w:r>
        <w:rPr>
          <w:b/>
        </w:rPr>
        <w:t xml:space="preserve">Full name: </w:t>
      </w:r>
      <w:r>
        <w:t>________________________________________________________________________</w:t>
      </w:r>
    </w:p>
    <w:p w14:paraId="511398C4" w14:textId="77777777" w:rsidR="00A82B56" w:rsidRDefault="003C2B16">
      <w:pPr>
        <w:spacing w:after="60"/>
      </w:pPr>
      <w:r>
        <w:rPr>
          <w:b/>
        </w:rPr>
        <w:t xml:space="preserve">Date of birth: </w:t>
      </w:r>
      <w:r>
        <w:t>________________________________________________________________________</w:t>
      </w:r>
    </w:p>
    <w:p w14:paraId="77D86773" w14:textId="77777777" w:rsidR="00A82B56" w:rsidRDefault="003C2B16">
      <w:pPr>
        <w:spacing w:after="60"/>
      </w:pPr>
      <w:r>
        <w:rPr>
          <w:b/>
        </w:rPr>
        <w:t xml:space="preserve">Home address: </w:t>
      </w:r>
      <w:r>
        <w:t>________________________________________________________________________</w:t>
      </w:r>
    </w:p>
    <w:p w14:paraId="44059539" w14:textId="77777777" w:rsidR="00A82B56" w:rsidRDefault="003C2B16">
      <w:pPr>
        <w:spacing w:after="60"/>
      </w:pPr>
      <w:r>
        <w:t>________________________________________________________________________________________________</w:t>
      </w:r>
    </w:p>
    <w:p w14:paraId="253A7B82" w14:textId="77777777" w:rsidR="00A82B56" w:rsidRDefault="003C2B16">
      <w:pPr>
        <w:spacing w:after="60"/>
      </w:pPr>
      <w:r>
        <w:rPr>
          <w:b/>
        </w:rPr>
        <w:t xml:space="preserve">Postcode: </w:t>
      </w:r>
      <w:r>
        <w:t>________________________________________________________________________</w:t>
      </w:r>
    </w:p>
    <w:p w14:paraId="4FA0EEDC" w14:textId="77777777" w:rsidR="00A82B56" w:rsidRDefault="003C2B16">
      <w:pPr>
        <w:spacing w:after="60"/>
      </w:pPr>
      <w:r>
        <w:rPr>
          <w:b/>
        </w:rPr>
        <w:t xml:space="preserve">Participant mobile number (if applicable): </w:t>
      </w:r>
      <w:r>
        <w:t>________________________________________________________________________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A82B56" w14:paraId="31193C2A" w14:textId="77777777">
        <w:trPr>
          <w:jc w:val="center"/>
        </w:trPr>
        <w:tc>
          <w:tcPr>
            <w:tcW w:w="10368" w:type="dxa"/>
            <w:shd w:val="clear" w:color="auto" w:fill="D9D9D9"/>
            <w:vAlign w:val="center"/>
          </w:tcPr>
          <w:p w14:paraId="6BF85672" w14:textId="77777777" w:rsidR="00A82B56" w:rsidRDefault="003C2B16">
            <w:pPr>
              <w:spacing w:after="0"/>
            </w:pPr>
            <w:r>
              <w:rPr>
                <w:b/>
                <w:sz w:val="21"/>
              </w:rPr>
              <w:t>2. PARENT / GUARDIAN &amp; EMERGENCY CONTACT DETAILS</w:t>
            </w:r>
          </w:p>
        </w:tc>
      </w:tr>
    </w:tbl>
    <w:p w14:paraId="3025EE8D" w14:textId="77777777" w:rsidR="00A82B56" w:rsidRDefault="003C2B16">
      <w:pPr>
        <w:spacing w:after="60"/>
      </w:pPr>
      <w:r>
        <w:rPr>
          <w:b/>
        </w:rPr>
        <w:t xml:space="preserve">Parent/Guardian full name: </w:t>
      </w:r>
      <w:r>
        <w:t>________________________________________________________________________</w:t>
      </w:r>
    </w:p>
    <w:p w14:paraId="3A3D6227" w14:textId="77777777" w:rsidR="00A82B56" w:rsidRDefault="003C2B16">
      <w:pPr>
        <w:spacing w:after="60"/>
      </w:pPr>
      <w:r>
        <w:rPr>
          <w:b/>
        </w:rPr>
        <w:t xml:space="preserve">Relationship to participant: </w:t>
      </w:r>
      <w:r>
        <w:t>________________________________________________________________________</w:t>
      </w:r>
    </w:p>
    <w:p w14:paraId="5FEB3E38" w14:textId="77777777" w:rsidR="00A82B56" w:rsidRDefault="003C2B16">
      <w:pPr>
        <w:spacing w:after="60"/>
      </w:pPr>
      <w:r>
        <w:rPr>
          <w:b/>
        </w:rPr>
        <w:t xml:space="preserve">Mobile number: </w:t>
      </w:r>
      <w:r>
        <w:t>________________________________________________________________________</w:t>
      </w:r>
    </w:p>
    <w:p w14:paraId="5EBED231" w14:textId="77777777" w:rsidR="00A82B56" w:rsidRDefault="003C2B16">
      <w:pPr>
        <w:spacing w:after="60"/>
      </w:pPr>
      <w:r>
        <w:rPr>
          <w:b/>
        </w:rPr>
        <w:t xml:space="preserve">Email address: </w:t>
      </w:r>
      <w:r>
        <w:t>________________________________________________________________________</w:t>
      </w:r>
    </w:p>
    <w:p w14:paraId="59929890" w14:textId="77777777" w:rsidR="00A82B56" w:rsidRDefault="003C2B16">
      <w:pPr>
        <w:spacing w:after="60"/>
      </w:pPr>
      <w:r>
        <w:rPr>
          <w:b/>
        </w:rPr>
        <w:t xml:space="preserve">Emergency contact name: </w:t>
      </w:r>
      <w:r>
        <w:t>________________________________________________________________________</w:t>
      </w:r>
    </w:p>
    <w:p w14:paraId="67F3A254" w14:textId="77777777" w:rsidR="00A82B56" w:rsidRDefault="003C2B16">
      <w:pPr>
        <w:spacing w:after="60"/>
      </w:pPr>
      <w:r>
        <w:rPr>
          <w:b/>
        </w:rPr>
        <w:t xml:space="preserve">Relationship to participant: </w:t>
      </w:r>
      <w:r>
        <w:t>________________________________________________________________________</w:t>
      </w:r>
    </w:p>
    <w:p w14:paraId="08A75E70" w14:textId="77777777" w:rsidR="00A82B56" w:rsidRDefault="003C2B16">
      <w:pPr>
        <w:spacing w:after="60"/>
      </w:pPr>
      <w:r>
        <w:rPr>
          <w:b/>
        </w:rPr>
        <w:t xml:space="preserve">Emergency contact telephone number: </w:t>
      </w:r>
      <w:r>
        <w:t>________________________________________________________________________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A82B56" w14:paraId="55AEF805" w14:textId="77777777">
        <w:trPr>
          <w:jc w:val="center"/>
        </w:trPr>
        <w:tc>
          <w:tcPr>
            <w:tcW w:w="10368" w:type="dxa"/>
            <w:shd w:val="clear" w:color="auto" w:fill="D9D9D9"/>
            <w:vAlign w:val="center"/>
          </w:tcPr>
          <w:p w14:paraId="17DEB413" w14:textId="77777777" w:rsidR="00A82B56" w:rsidRDefault="003C2B16">
            <w:pPr>
              <w:spacing w:after="0"/>
            </w:pPr>
            <w:r>
              <w:rPr>
                <w:b/>
                <w:sz w:val="21"/>
              </w:rPr>
              <w:t>3. MEDICAL, ALLERGY &amp; SUPPORT INFORMATION</w:t>
            </w:r>
          </w:p>
        </w:tc>
      </w:tr>
    </w:tbl>
    <w:p w14:paraId="346DBDB8" w14:textId="77777777" w:rsidR="00A82B56" w:rsidRDefault="003C2B16">
      <w:pPr>
        <w:spacing w:after="40"/>
      </w:pPr>
      <w:r>
        <w:t>Does the participant have any medical conditions, injuries, allergies, disabilities, additional needs or other information that may affect safe participation?</w:t>
      </w:r>
    </w:p>
    <w:p w14:paraId="711416E1" w14:textId="77777777" w:rsidR="00A82B56" w:rsidRDefault="003C2B16">
      <w:pPr>
        <w:spacing w:after="40"/>
        <w:ind w:left="173"/>
      </w:pPr>
      <w:r>
        <w:rPr>
          <w:b/>
        </w:rPr>
        <w:t xml:space="preserve">☐ </w:t>
      </w:r>
      <w:r>
        <w:t>No</w:t>
      </w:r>
    </w:p>
    <w:p w14:paraId="2ABEAA2E" w14:textId="77777777" w:rsidR="00A82B56" w:rsidRDefault="003C2B16">
      <w:pPr>
        <w:spacing w:after="40"/>
        <w:ind w:left="173"/>
      </w:pPr>
      <w:r>
        <w:rPr>
          <w:b/>
        </w:rPr>
        <w:t xml:space="preserve">☐ </w:t>
      </w:r>
      <w:r>
        <w:t>Yes - please give details below:</w:t>
      </w:r>
    </w:p>
    <w:p w14:paraId="6F936486" w14:textId="77777777" w:rsidR="00A82B56" w:rsidRDefault="003C2B16">
      <w:pPr>
        <w:spacing w:after="60"/>
      </w:pPr>
      <w:r>
        <w:rPr>
          <w:b/>
        </w:rPr>
        <w:t xml:space="preserve">Details: </w:t>
      </w:r>
      <w:r>
        <w:t>________________________________________________________________________</w:t>
      </w:r>
    </w:p>
    <w:p w14:paraId="04846344" w14:textId="77777777" w:rsidR="00A82B56" w:rsidRDefault="003C2B16">
      <w:pPr>
        <w:spacing w:after="60"/>
      </w:pPr>
      <w:r>
        <w:t>________________________________________________________________________________________________</w:t>
      </w:r>
    </w:p>
    <w:p w14:paraId="65E0E179" w14:textId="77777777" w:rsidR="00A82B56" w:rsidRDefault="003C2B16">
      <w:pPr>
        <w:spacing w:after="60"/>
      </w:pPr>
      <w:r>
        <w:t>________________________________________________________________________________________________</w:t>
      </w:r>
    </w:p>
    <w:p w14:paraId="7F36BA84" w14:textId="77777777" w:rsidR="00A82B56" w:rsidRDefault="003C2B16">
      <w:pPr>
        <w:spacing w:after="40"/>
      </w:pPr>
      <w:r>
        <w:t>Does the participant take or need to carry medication during activities (for example an inhaler or adrenaline auto-injector)?</w:t>
      </w:r>
    </w:p>
    <w:p w14:paraId="719E58CE" w14:textId="77777777" w:rsidR="00A82B56" w:rsidRDefault="003C2B16">
      <w:pPr>
        <w:spacing w:after="40"/>
        <w:ind w:left="173"/>
      </w:pPr>
      <w:r>
        <w:rPr>
          <w:b/>
        </w:rPr>
        <w:t xml:space="preserve">☐ </w:t>
      </w:r>
      <w:r>
        <w:t>No</w:t>
      </w:r>
    </w:p>
    <w:p w14:paraId="62C1C49B" w14:textId="77777777" w:rsidR="00A82B56" w:rsidRDefault="003C2B16">
      <w:pPr>
        <w:spacing w:after="40"/>
        <w:ind w:left="173"/>
      </w:pPr>
      <w:r>
        <w:rPr>
          <w:b/>
        </w:rPr>
        <w:t xml:space="preserve">☐ </w:t>
      </w:r>
      <w:r>
        <w:t>Yes - please give medication, instructions and whether the participant carries it themselves:</w:t>
      </w:r>
    </w:p>
    <w:p w14:paraId="3EA04C32" w14:textId="77777777" w:rsidR="00A82B56" w:rsidRDefault="003C2B16">
      <w:pPr>
        <w:spacing w:after="60"/>
      </w:pPr>
      <w:r>
        <w:rPr>
          <w:b/>
        </w:rPr>
        <w:t xml:space="preserve">Details: </w:t>
      </w:r>
      <w:r>
        <w:t>________________________________________________________________________</w:t>
      </w:r>
    </w:p>
    <w:p w14:paraId="2697E47F" w14:textId="77777777" w:rsidR="00A82B56" w:rsidRDefault="003C2B16">
      <w:pPr>
        <w:spacing w:after="60"/>
      </w:pPr>
      <w:r>
        <w:t>________________________________________________________________________________________________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A82B56" w14:paraId="39173F4B" w14:textId="77777777">
        <w:trPr>
          <w:jc w:val="center"/>
        </w:trPr>
        <w:tc>
          <w:tcPr>
            <w:tcW w:w="10368" w:type="dxa"/>
            <w:shd w:val="clear" w:color="auto" w:fill="D9D9D9"/>
            <w:vAlign w:val="center"/>
          </w:tcPr>
          <w:p w14:paraId="2C2596CF" w14:textId="77777777" w:rsidR="00A82B56" w:rsidRDefault="003C2B16">
            <w:pPr>
              <w:spacing w:after="0"/>
            </w:pPr>
            <w:r>
              <w:rPr>
                <w:b/>
                <w:sz w:val="21"/>
              </w:rPr>
              <w:t>4. ACTIVITY CONSENT</w:t>
            </w:r>
          </w:p>
        </w:tc>
      </w:tr>
    </w:tbl>
    <w:p w14:paraId="4BE3EDA6" w14:textId="1865CDCB" w:rsidR="00A82B56" w:rsidRDefault="003C2B16">
      <w:pPr>
        <w:spacing w:after="40"/>
      </w:pPr>
      <w:r>
        <w:t>I give permission for the young person named above to participate in age-appropriate T</w:t>
      </w:r>
      <w:r w:rsidR="00642E79">
        <w:t xml:space="preserve">een </w:t>
      </w:r>
      <w:proofErr w:type="spellStart"/>
      <w:r w:rsidR="00642E79">
        <w:t>Yompers</w:t>
      </w:r>
      <w:proofErr w:type="spellEnd"/>
      <w:r w:rsidR="00642E79">
        <w:t xml:space="preserve"> </w:t>
      </w:r>
      <w:r>
        <w:t xml:space="preserve">activities </w:t>
      </w:r>
      <w:proofErr w:type="spellStart"/>
      <w:r>
        <w:t>organised</w:t>
      </w:r>
      <w:proofErr w:type="spellEnd"/>
      <w:r>
        <w:t xml:space="preserve"> by Commando Mindset. Activities may include:</w:t>
      </w:r>
    </w:p>
    <w:p w14:paraId="0220C523" w14:textId="77777777" w:rsidR="00A82B56" w:rsidRDefault="003C2B16">
      <w:pPr>
        <w:pStyle w:val="ListBullet"/>
        <w:spacing w:after="20"/>
        <w:ind w:left="317"/>
      </w:pPr>
      <w:r>
        <w:t>Local recreational and countryside walks</w:t>
      </w:r>
    </w:p>
    <w:p w14:paraId="3E377C4C" w14:textId="77777777" w:rsidR="00A82B56" w:rsidRDefault="003C2B16">
      <w:pPr>
        <w:pStyle w:val="ListBullet"/>
        <w:spacing w:after="20"/>
        <w:ind w:left="317"/>
      </w:pPr>
      <w:r>
        <w:t>Trail and hill walking</w:t>
      </w:r>
    </w:p>
    <w:p w14:paraId="71A84C5F" w14:textId="77777777" w:rsidR="00A82B56" w:rsidRDefault="003C2B16">
      <w:pPr>
        <w:pStyle w:val="ListBullet"/>
        <w:spacing w:after="20"/>
        <w:ind w:left="317"/>
      </w:pPr>
      <w:r>
        <w:t xml:space="preserve">Longer walks in </w:t>
      </w:r>
      <w:proofErr w:type="gramStart"/>
      <w:r>
        <w:t>the Yorkshire</w:t>
      </w:r>
      <w:proofErr w:type="gramEnd"/>
      <w:r>
        <w:t xml:space="preserve"> Dales</w:t>
      </w:r>
    </w:p>
    <w:p w14:paraId="6086C468" w14:textId="77777777" w:rsidR="00A82B56" w:rsidRDefault="003C2B16">
      <w:pPr>
        <w:pStyle w:val="ListBullet"/>
        <w:spacing w:after="20"/>
        <w:ind w:left="317"/>
      </w:pPr>
      <w:r>
        <w:lastRenderedPageBreak/>
        <w:t>Basic navigation and outdoor skills</w:t>
      </w:r>
    </w:p>
    <w:p w14:paraId="2D29B933" w14:textId="77777777" w:rsidR="00A82B56" w:rsidRDefault="003C2B16">
      <w:pPr>
        <w:pStyle w:val="ListBullet"/>
        <w:spacing w:after="20"/>
        <w:ind w:left="317"/>
      </w:pPr>
      <w:r>
        <w:t>Age-appropriate team activities and challenges</w:t>
      </w:r>
    </w:p>
    <w:p w14:paraId="34B2B730" w14:textId="77777777" w:rsidR="00A82B56" w:rsidRDefault="003C2B16">
      <w:pPr>
        <w:spacing w:after="60"/>
      </w:pPr>
      <w:r>
        <w:t>Details of activities requiring specific equipment, transport arrangements or substantially greater distance/difficulty will be communicated separately where appropriate.</w:t>
      </w:r>
    </w:p>
    <w:p w14:paraId="472A8839" w14:textId="77777777" w:rsidR="00A82B56" w:rsidRDefault="003C2B16">
      <w:pPr>
        <w:spacing w:after="40"/>
        <w:ind w:left="173"/>
      </w:pPr>
      <w:r>
        <w:rPr>
          <w:b/>
        </w:rPr>
        <w:t xml:space="preserve">☐ </w:t>
      </w:r>
      <w:r>
        <w:t>I give permission for my young person to participate.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A82B56" w14:paraId="607A26C7" w14:textId="77777777">
        <w:trPr>
          <w:jc w:val="center"/>
        </w:trPr>
        <w:tc>
          <w:tcPr>
            <w:tcW w:w="10368" w:type="dxa"/>
            <w:shd w:val="clear" w:color="auto" w:fill="D9D9D9"/>
            <w:vAlign w:val="center"/>
          </w:tcPr>
          <w:p w14:paraId="45B8E01A" w14:textId="77777777" w:rsidR="00A82B56" w:rsidRDefault="003C2B16">
            <w:pPr>
              <w:spacing w:after="0"/>
            </w:pPr>
            <w:r>
              <w:rPr>
                <w:b/>
                <w:sz w:val="21"/>
              </w:rPr>
              <w:t>5. ACKNOWLEDGEMENT OF RISK</w:t>
            </w:r>
          </w:p>
        </w:tc>
      </w:tr>
    </w:tbl>
    <w:p w14:paraId="492E7842" w14:textId="77777777" w:rsidR="00A82B56" w:rsidRDefault="003C2B16">
      <w:pPr>
        <w:spacing w:after="40"/>
      </w:pPr>
      <w:r>
        <w:t xml:space="preserve">I understand that walking and outdoor activities involve inherent risks that cannot be </w:t>
      </w:r>
      <w:proofErr w:type="gramStart"/>
      <w:r>
        <w:t>completely eliminated</w:t>
      </w:r>
      <w:proofErr w:type="gramEnd"/>
      <w:r>
        <w:t>. These may include:</w:t>
      </w:r>
    </w:p>
    <w:p w14:paraId="16C85F42" w14:textId="77777777" w:rsidR="00A82B56" w:rsidRDefault="003C2B16">
      <w:pPr>
        <w:pStyle w:val="ListBullet"/>
        <w:spacing w:after="20"/>
        <w:ind w:left="317"/>
      </w:pPr>
      <w:r>
        <w:t>Slips, trips and falls; uneven, steep, wet or muddy terrain</w:t>
      </w:r>
    </w:p>
    <w:p w14:paraId="1FFB344E" w14:textId="77777777" w:rsidR="00A82B56" w:rsidRDefault="003C2B16">
      <w:pPr>
        <w:pStyle w:val="ListBullet"/>
        <w:spacing w:after="20"/>
        <w:ind w:left="317"/>
      </w:pPr>
      <w:r>
        <w:t>Adverse or changing weather; heat, cold and fatigue</w:t>
      </w:r>
    </w:p>
    <w:p w14:paraId="03125933" w14:textId="77777777" w:rsidR="00A82B56" w:rsidRDefault="003C2B16">
      <w:pPr>
        <w:pStyle w:val="ListBullet"/>
        <w:spacing w:after="20"/>
        <w:ind w:left="317"/>
      </w:pPr>
      <w:r>
        <w:t>Roads and traffic; livestock, dogs, insects, vegetation and natural obstacles</w:t>
      </w:r>
    </w:p>
    <w:p w14:paraId="71F4AA3A" w14:textId="77777777" w:rsidR="00A82B56" w:rsidRDefault="003C2B16">
      <w:pPr>
        <w:pStyle w:val="ListBullet"/>
        <w:spacing w:after="20"/>
        <w:ind w:left="317"/>
      </w:pPr>
      <w:r>
        <w:t>Minor injuries such as cuts, grazes, sprains and blisters</w:t>
      </w:r>
    </w:p>
    <w:p w14:paraId="523375D2" w14:textId="77777777" w:rsidR="00A82B56" w:rsidRDefault="003C2B16">
      <w:pPr>
        <w:pStyle w:val="ListBullet"/>
        <w:spacing w:after="20"/>
        <w:ind w:left="317"/>
      </w:pPr>
      <w:r>
        <w:t>Temporary group separation or delays in accessing emergency assistance in remote areas</w:t>
      </w:r>
    </w:p>
    <w:p w14:paraId="1B3BE8B6" w14:textId="77777777" w:rsidR="00A82B56" w:rsidRDefault="003C2B16">
      <w:pPr>
        <w:spacing w:after="60"/>
      </w:pPr>
      <w:r>
        <w:t>I understand that Commando Mindset will take reasonable precautions to manage foreseeable risks through planning, supervision and risk assessment. Participation is voluntary and participants must follow reasonable safety instructions and tell a leader if they feel unwell, injured or unable to continue.</w:t>
      </w:r>
    </w:p>
    <w:p w14:paraId="645B456A" w14:textId="77777777" w:rsidR="00A82B56" w:rsidRDefault="003C2B16">
      <w:pPr>
        <w:spacing w:after="40"/>
        <w:ind w:left="173"/>
      </w:pPr>
      <w:r>
        <w:rPr>
          <w:b/>
        </w:rPr>
        <w:t xml:space="preserve">☐ </w:t>
      </w:r>
      <w:r>
        <w:t>I have read and understand the acknowledgement of risk above.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A82B56" w14:paraId="61575DA4" w14:textId="77777777">
        <w:trPr>
          <w:jc w:val="center"/>
        </w:trPr>
        <w:tc>
          <w:tcPr>
            <w:tcW w:w="10368" w:type="dxa"/>
            <w:shd w:val="clear" w:color="auto" w:fill="D9D9D9"/>
            <w:vAlign w:val="center"/>
          </w:tcPr>
          <w:p w14:paraId="1C82CF4C" w14:textId="77777777" w:rsidR="00A82B56" w:rsidRDefault="003C2B16">
            <w:pPr>
              <w:spacing w:after="0"/>
            </w:pPr>
            <w:r>
              <w:rPr>
                <w:b/>
                <w:sz w:val="21"/>
              </w:rPr>
              <w:t>6. FIRST AID &amp; EMERGENCY MEDICAL CONSENT</w:t>
            </w:r>
          </w:p>
        </w:tc>
      </w:tr>
    </w:tbl>
    <w:p w14:paraId="6FB03DE8" w14:textId="6D6F5AC7" w:rsidR="00A82B56" w:rsidRDefault="003C2B16">
      <w:pPr>
        <w:spacing w:after="60"/>
      </w:pPr>
      <w:r>
        <w:t>I give permission for appropriately trained T</w:t>
      </w:r>
      <w:r w:rsidR="003C353C">
        <w:t xml:space="preserve">een </w:t>
      </w:r>
      <w:proofErr w:type="spellStart"/>
      <w:r w:rsidR="003C353C">
        <w:t>Yompers</w:t>
      </w:r>
      <w:proofErr w:type="spellEnd"/>
      <w:r>
        <w:t xml:space="preserve">/Commando Mindset staff to administer first aid where reasonably necessary. If I cannot be contacted in an emergency, I </w:t>
      </w:r>
      <w:proofErr w:type="spellStart"/>
      <w:r>
        <w:t>authorise</w:t>
      </w:r>
      <w:proofErr w:type="spellEnd"/>
      <w:r>
        <w:t xml:space="preserve"> the responsible adult to seek appropriate emergency medical assistance. Emergency treatment decisions remain the responsibility of qualified healthcare professionals.</w:t>
      </w:r>
    </w:p>
    <w:p w14:paraId="5743EB9C" w14:textId="77777777" w:rsidR="00A82B56" w:rsidRDefault="003C2B16">
      <w:pPr>
        <w:spacing w:after="40"/>
        <w:ind w:left="173"/>
      </w:pPr>
      <w:r>
        <w:rPr>
          <w:b/>
        </w:rPr>
        <w:t xml:space="preserve">☐ </w:t>
      </w:r>
      <w:r>
        <w:t>I consent to first aid and emergency medical assistance being sought where necessary.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A82B56" w14:paraId="572237F7" w14:textId="77777777">
        <w:trPr>
          <w:jc w:val="center"/>
        </w:trPr>
        <w:tc>
          <w:tcPr>
            <w:tcW w:w="10368" w:type="dxa"/>
            <w:shd w:val="clear" w:color="auto" w:fill="D9D9D9"/>
            <w:vAlign w:val="center"/>
          </w:tcPr>
          <w:p w14:paraId="63B2A2F3" w14:textId="77777777" w:rsidR="00A82B56" w:rsidRDefault="003C2B16">
            <w:pPr>
              <w:spacing w:after="0"/>
            </w:pPr>
            <w:r>
              <w:rPr>
                <w:b/>
                <w:sz w:val="21"/>
              </w:rPr>
              <w:t>7. SAFEGUARDING</w:t>
            </w:r>
          </w:p>
        </w:tc>
      </w:tr>
    </w:tbl>
    <w:p w14:paraId="56C9E9F4" w14:textId="77777777" w:rsidR="00A82B56" w:rsidRDefault="003C2B16">
      <w:pPr>
        <w:spacing w:after="60"/>
      </w:pPr>
      <w:r>
        <w:t>Trail Crew aims to provide a safe, respectful and supportive environment. Leaders cannot promise absolute confidentiality to a young person. If information raises a safeguarding concern, or a leader believes a young person or another person may be at risk of harm, relevant information may be shared with the appropriate safeguarding person, parent/guardian or authority in accordance with safeguarding procedures.</w:t>
      </w:r>
    </w:p>
    <w:p w14:paraId="1B210CB6" w14:textId="77777777" w:rsidR="00A82B56" w:rsidRDefault="003C2B16">
      <w:pPr>
        <w:spacing w:after="40"/>
        <w:ind w:left="173"/>
      </w:pPr>
      <w:r>
        <w:rPr>
          <w:b/>
        </w:rPr>
        <w:t xml:space="preserve">☐ </w:t>
      </w:r>
      <w:r>
        <w:t>I understand the safeguarding arrangements above.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A82B56" w14:paraId="0ECF357F" w14:textId="77777777">
        <w:trPr>
          <w:jc w:val="center"/>
        </w:trPr>
        <w:tc>
          <w:tcPr>
            <w:tcW w:w="10368" w:type="dxa"/>
            <w:shd w:val="clear" w:color="auto" w:fill="D9D9D9"/>
            <w:vAlign w:val="center"/>
          </w:tcPr>
          <w:p w14:paraId="5DF15824" w14:textId="77777777" w:rsidR="00A82B56" w:rsidRDefault="003C2B16">
            <w:pPr>
              <w:spacing w:after="0"/>
            </w:pPr>
            <w:r>
              <w:rPr>
                <w:b/>
                <w:sz w:val="21"/>
              </w:rPr>
              <w:t>8. PHOTOGRAPHY &amp; VIDEO</w:t>
            </w:r>
          </w:p>
        </w:tc>
      </w:tr>
    </w:tbl>
    <w:p w14:paraId="3E440980" w14:textId="77777777" w:rsidR="00A82B56" w:rsidRDefault="003C2B16">
      <w:pPr>
        <w:spacing w:after="40"/>
      </w:pPr>
      <w:r>
        <w:t xml:space="preserve">Occasionally photographs or </w:t>
      </w:r>
      <w:proofErr w:type="gramStart"/>
      <w:r>
        <w:t>video</w:t>
      </w:r>
      <w:proofErr w:type="gramEnd"/>
      <w:r>
        <w:t xml:space="preserve"> may be taken for appropriate Commando Mindset promotional, social media or community purposes. Please select one. Declining consent will not affect participation.</w:t>
      </w:r>
    </w:p>
    <w:p w14:paraId="532D4E76" w14:textId="77777777" w:rsidR="00A82B56" w:rsidRDefault="003C2B16">
      <w:pPr>
        <w:spacing w:after="40"/>
        <w:ind w:left="173"/>
      </w:pPr>
      <w:r>
        <w:rPr>
          <w:b/>
        </w:rPr>
        <w:t xml:space="preserve">☐ </w:t>
      </w:r>
      <w:r>
        <w:t>YES - I give permission for photographs/video of my young person to be used.</w:t>
      </w:r>
    </w:p>
    <w:p w14:paraId="0C27F257" w14:textId="77777777" w:rsidR="00A82B56" w:rsidRDefault="003C2B16">
      <w:pPr>
        <w:spacing w:after="40"/>
        <w:ind w:left="173"/>
      </w:pPr>
      <w:r>
        <w:rPr>
          <w:b/>
        </w:rPr>
        <w:t xml:space="preserve">☐ </w:t>
      </w:r>
      <w:r>
        <w:t>NO - I do not give permission for photographs/video of my young person to be used.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A82B56" w14:paraId="5EA96957" w14:textId="77777777">
        <w:trPr>
          <w:jc w:val="center"/>
        </w:trPr>
        <w:tc>
          <w:tcPr>
            <w:tcW w:w="10368" w:type="dxa"/>
            <w:shd w:val="clear" w:color="auto" w:fill="D9D9D9"/>
            <w:vAlign w:val="center"/>
          </w:tcPr>
          <w:p w14:paraId="7388B58A" w14:textId="77777777" w:rsidR="00A82B56" w:rsidRDefault="003C2B16">
            <w:pPr>
              <w:spacing w:after="0"/>
            </w:pPr>
            <w:r>
              <w:rPr>
                <w:b/>
                <w:sz w:val="21"/>
              </w:rPr>
              <w:t>9. PARTICIPANT RESPONSIBILITIES</w:t>
            </w:r>
          </w:p>
        </w:tc>
      </w:tr>
    </w:tbl>
    <w:p w14:paraId="243B1256" w14:textId="77777777" w:rsidR="00A82B56" w:rsidRDefault="003C2B16">
      <w:pPr>
        <w:pStyle w:val="ListBullet"/>
        <w:spacing w:after="20"/>
        <w:ind w:left="317"/>
      </w:pPr>
      <w:r>
        <w:t>Treat participants, leaders and members of the public with respect</w:t>
      </w:r>
    </w:p>
    <w:p w14:paraId="093B3E05" w14:textId="77777777" w:rsidR="00A82B56" w:rsidRDefault="003C2B16">
      <w:pPr>
        <w:pStyle w:val="ListBullet"/>
        <w:spacing w:after="20"/>
        <w:ind w:left="317"/>
      </w:pPr>
      <w:r>
        <w:t>Follow reasonable instructions and stay with the group unless instructed otherwise</w:t>
      </w:r>
    </w:p>
    <w:p w14:paraId="40C6F1F3" w14:textId="77777777" w:rsidR="00A82B56" w:rsidRDefault="003C2B16">
      <w:pPr>
        <w:pStyle w:val="ListBullet"/>
        <w:spacing w:after="20"/>
        <w:ind w:left="317"/>
      </w:pPr>
      <w:r>
        <w:t>Tell a leader if injured, unwell, unsafe or concerned about something</w:t>
      </w:r>
    </w:p>
    <w:p w14:paraId="2B3CD098" w14:textId="77777777" w:rsidR="00A82B56" w:rsidRDefault="003C2B16">
      <w:pPr>
        <w:pStyle w:val="ListBullet"/>
        <w:spacing w:after="20"/>
        <w:ind w:left="317"/>
      </w:pPr>
      <w:r>
        <w:t>Bring required personal medication and suitable clothing/footwear</w:t>
      </w:r>
    </w:p>
    <w:p w14:paraId="571B1E79" w14:textId="77777777" w:rsidR="00A82B56" w:rsidRDefault="003C2B16">
      <w:pPr>
        <w:pStyle w:val="ListBullet"/>
        <w:spacing w:after="20"/>
        <w:ind w:left="317"/>
      </w:pPr>
      <w:r>
        <w:t>Not deliberately place themselves or another participant at unnecessary risk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A82B56" w14:paraId="5E608FC4" w14:textId="77777777">
        <w:trPr>
          <w:jc w:val="center"/>
        </w:trPr>
        <w:tc>
          <w:tcPr>
            <w:tcW w:w="10368" w:type="dxa"/>
            <w:shd w:val="clear" w:color="auto" w:fill="D9D9D9"/>
            <w:vAlign w:val="center"/>
          </w:tcPr>
          <w:p w14:paraId="466CFE32" w14:textId="77777777" w:rsidR="00A82B56" w:rsidRDefault="003C2B16">
            <w:pPr>
              <w:spacing w:after="0"/>
            </w:pPr>
            <w:r>
              <w:rPr>
                <w:b/>
                <w:sz w:val="21"/>
              </w:rPr>
              <w:t>10. PARENT / GUARDIAN DECLARATION</w:t>
            </w:r>
          </w:p>
        </w:tc>
      </w:tr>
    </w:tbl>
    <w:p w14:paraId="3978369C" w14:textId="77777777" w:rsidR="00A82B56" w:rsidRDefault="003C2B16">
      <w:pPr>
        <w:pStyle w:val="ListBullet"/>
        <w:spacing w:after="20"/>
        <w:ind w:left="317"/>
      </w:pPr>
      <w:r>
        <w:t xml:space="preserve">I am the parent/legal guardian of the young person named on this </w:t>
      </w:r>
      <w:proofErr w:type="gramStart"/>
      <w:r>
        <w:t>form, or</w:t>
      </w:r>
      <w:proofErr w:type="gramEnd"/>
      <w:r>
        <w:t xml:space="preserve"> otherwise have legal authority to provide this consent.</w:t>
      </w:r>
    </w:p>
    <w:p w14:paraId="53D3C16F" w14:textId="77777777" w:rsidR="00A82B56" w:rsidRDefault="003C2B16">
      <w:pPr>
        <w:pStyle w:val="ListBullet"/>
        <w:spacing w:after="20"/>
        <w:ind w:left="317"/>
      </w:pPr>
      <w:r>
        <w:t>The information provided is accurate to the best of my knowledge and I will inform Commando Mindset of relevant changes.</w:t>
      </w:r>
    </w:p>
    <w:p w14:paraId="7DB09317" w14:textId="77777777" w:rsidR="00A82B56" w:rsidRDefault="003C2B16">
      <w:pPr>
        <w:pStyle w:val="ListBullet"/>
        <w:spacing w:after="20"/>
        <w:ind w:left="317"/>
      </w:pPr>
      <w:r>
        <w:t>I have disclosed information that I reasonably believe may affect safe participation.</w:t>
      </w:r>
    </w:p>
    <w:p w14:paraId="7A07DC67" w14:textId="77777777" w:rsidR="00A82B56" w:rsidRDefault="003C2B16">
      <w:pPr>
        <w:pStyle w:val="ListBullet"/>
        <w:spacing w:after="20"/>
        <w:ind w:left="317"/>
      </w:pPr>
      <w:r>
        <w:t>I understand the nature of Trail Crew activities and the inherent risks associated with outdoor walking.</w:t>
      </w:r>
    </w:p>
    <w:p w14:paraId="1A9F4FC9" w14:textId="77777777" w:rsidR="00A82B56" w:rsidRDefault="003C2B16">
      <w:pPr>
        <w:pStyle w:val="ListBullet"/>
        <w:spacing w:after="20"/>
        <w:ind w:left="317"/>
      </w:pPr>
      <w:r>
        <w:t>I give permission for the young person named above to participate subject to the information and conditions in this form.</w:t>
      </w:r>
    </w:p>
    <w:p w14:paraId="6CC488F1" w14:textId="77777777" w:rsidR="00A82B56" w:rsidRDefault="003C2B16">
      <w:pPr>
        <w:spacing w:after="60"/>
      </w:pPr>
      <w:r>
        <w:rPr>
          <w:b/>
        </w:rPr>
        <w:t xml:space="preserve">Participant's full name: </w:t>
      </w:r>
      <w:r>
        <w:t>________________________________________________________________________</w:t>
      </w:r>
    </w:p>
    <w:p w14:paraId="4AC664DC" w14:textId="77777777" w:rsidR="00A82B56" w:rsidRDefault="003C2B16">
      <w:pPr>
        <w:spacing w:after="60"/>
      </w:pPr>
      <w:r>
        <w:rPr>
          <w:b/>
        </w:rPr>
        <w:t xml:space="preserve">Parent/Guardian full name: </w:t>
      </w:r>
      <w:r>
        <w:t>________________________________________________________________________</w:t>
      </w:r>
    </w:p>
    <w:p w14:paraId="3818278F" w14:textId="77777777" w:rsidR="00A82B56" w:rsidRDefault="003C2B16">
      <w:pPr>
        <w:spacing w:after="60"/>
      </w:pPr>
      <w:r>
        <w:rPr>
          <w:b/>
        </w:rPr>
        <w:t xml:space="preserve">Parent/Guardian signature: </w:t>
      </w:r>
      <w:r>
        <w:t>________________________________________________________________________</w:t>
      </w:r>
    </w:p>
    <w:p w14:paraId="11B27869" w14:textId="77777777" w:rsidR="00A82B56" w:rsidRDefault="003C2B16">
      <w:pPr>
        <w:spacing w:after="60"/>
      </w:pPr>
      <w:r>
        <w:rPr>
          <w:b/>
        </w:rPr>
        <w:t xml:space="preserve">Date: </w:t>
      </w:r>
      <w:r>
        <w:t>________________________________________________________________________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A82B56" w14:paraId="5F06D546" w14:textId="77777777">
        <w:trPr>
          <w:jc w:val="center"/>
        </w:trPr>
        <w:tc>
          <w:tcPr>
            <w:tcW w:w="10368" w:type="dxa"/>
            <w:shd w:val="clear" w:color="auto" w:fill="D9D9D9"/>
            <w:vAlign w:val="center"/>
          </w:tcPr>
          <w:p w14:paraId="06C2175C" w14:textId="77777777" w:rsidR="00A82B56" w:rsidRDefault="003C2B16">
            <w:pPr>
              <w:spacing w:after="0"/>
            </w:pPr>
            <w:r>
              <w:rPr>
                <w:b/>
                <w:sz w:val="21"/>
              </w:rPr>
              <w:t>11. PARTICIPANT AGREEMENT</w:t>
            </w:r>
          </w:p>
        </w:tc>
      </w:tr>
    </w:tbl>
    <w:p w14:paraId="2430C8C1" w14:textId="32C853A6" w:rsidR="00A82B56" w:rsidRDefault="003C2B16">
      <w:pPr>
        <w:spacing w:after="60"/>
      </w:pPr>
      <w:r>
        <w:t>I understand that I am expected to listen to T</w:t>
      </w:r>
      <w:r w:rsidR="00902BD3">
        <w:t xml:space="preserve">een </w:t>
      </w:r>
      <w:proofErr w:type="spellStart"/>
      <w:r w:rsidR="00902BD3">
        <w:t>Yompers</w:t>
      </w:r>
      <w:proofErr w:type="spellEnd"/>
      <w:r w:rsidR="00902BD3">
        <w:t xml:space="preserve"> </w:t>
      </w:r>
      <w:r>
        <w:t>leaders, stay with the group, respect other participants and tell a leader if I feel unwell, injured, unsafe or worried about something.</w:t>
      </w:r>
    </w:p>
    <w:p w14:paraId="7E926448" w14:textId="77777777" w:rsidR="00A82B56" w:rsidRDefault="003C2B16">
      <w:pPr>
        <w:spacing w:after="60"/>
      </w:pPr>
      <w:r>
        <w:rPr>
          <w:b/>
        </w:rPr>
        <w:t xml:space="preserve">Participant signature: </w:t>
      </w:r>
      <w:r>
        <w:t>________________________________________________________________________</w:t>
      </w:r>
    </w:p>
    <w:p w14:paraId="511E2BFF" w14:textId="77777777" w:rsidR="00A82B56" w:rsidRDefault="003C2B16">
      <w:pPr>
        <w:spacing w:after="60"/>
      </w:pPr>
      <w:r>
        <w:rPr>
          <w:b/>
        </w:rPr>
        <w:lastRenderedPageBreak/>
        <w:t xml:space="preserve">Date: </w:t>
      </w:r>
      <w:r>
        <w:t>________________________________________________________________________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A82B56" w14:paraId="1B9A7715" w14:textId="77777777">
        <w:trPr>
          <w:jc w:val="center"/>
        </w:trPr>
        <w:tc>
          <w:tcPr>
            <w:tcW w:w="10368" w:type="dxa"/>
            <w:shd w:val="clear" w:color="auto" w:fill="D9D9D9"/>
            <w:vAlign w:val="center"/>
          </w:tcPr>
          <w:p w14:paraId="0D8AA9A2" w14:textId="77777777" w:rsidR="00A82B56" w:rsidRDefault="003C2B16">
            <w:pPr>
              <w:spacing w:after="0"/>
            </w:pPr>
            <w:r>
              <w:rPr>
                <w:b/>
                <w:sz w:val="21"/>
              </w:rPr>
              <w:t>FOR COMMANDO MINDSET USE</w:t>
            </w:r>
          </w:p>
        </w:tc>
      </w:tr>
    </w:tbl>
    <w:p w14:paraId="0FD72232" w14:textId="77777777" w:rsidR="00A82B56" w:rsidRDefault="003C2B16">
      <w:pPr>
        <w:spacing w:after="60"/>
      </w:pPr>
      <w:proofErr w:type="gramStart"/>
      <w:r>
        <w:rPr>
          <w:b/>
        </w:rPr>
        <w:t>Form</w:t>
      </w:r>
      <w:proofErr w:type="gramEnd"/>
      <w:r>
        <w:rPr>
          <w:b/>
        </w:rPr>
        <w:t xml:space="preserve"> reviewed by: </w:t>
      </w:r>
      <w:r>
        <w:t>________________________________________________________________________</w:t>
      </w:r>
    </w:p>
    <w:p w14:paraId="4B47892B" w14:textId="77777777" w:rsidR="00A82B56" w:rsidRDefault="003C2B16">
      <w:pPr>
        <w:spacing w:after="60"/>
      </w:pPr>
      <w:r>
        <w:rPr>
          <w:b/>
        </w:rPr>
        <w:t xml:space="preserve">Date reviewed: </w:t>
      </w:r>
      <w:r>
        <w:t>________________________________________________________________________</w:t>
      </w:r>
    </w:p>
    <w:p w14:paraId="12660885" w14:textId="77777777" w:rsidR="00A82B56" w:rsidRDefault="003C2B16">
      <w:pPr>
        <w:spacing w:after="40"/>
        <w:ind w:left="173"/>
      </w:pPr>
      <w:r>
        <w:rPr>
          <w:b/>
        </w:rPr>
        <w:t xml:space="preserve">☐ </w:t>
      </w:r>
      <w:r>
        <w:t>Relevant medical/additional information communicated to activity leaders where necessary.</w:t>
      </w:r>
    </w:p>
    <w:p w14:paraId="6F619E3F" w14:textId="77777777" w:rsidR="00A82B56" w:rsidRDefault="003C2B16">
      <w:pPr>
        <w:spacing w:after="60"/>
      </w:pPr>
      <w:r>
        <w:rPr>
          <w:b/>
        </w:rPr>
        <w:t xml:space="preserve">Further action required: </w:t>
      </w:r>
      <w:r>
        <w:t>________________________________________________________________________</w:t>
      </w:r>
    </w:p>
    <w:p w14:paraId="0F00BF1E" w14:textId="77777777" w:rsidR="00A82B56" w:rsidRDefault="003C2B16">
      <w:pPr>
        <w:spacing w:after="60"/>
      </w:pPr>
      <w:r>
        <w:t>________________________________________________________________________________________________</w:t>
      </w:r>
    </w:p>
    <w:sectPr w:rsidR="00A82B56" w:rsidSect="00034616">
      <w:footerReference w:type="default" r:id="rId9"/>
      <w:pgSz w:w="12240" w:h="15840"/>
      <w:pgMar w:top="648" w:right="936" w:bottom="648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CB05B8" w14:textId="77777777" w:rsidR="00C5189E" w:rsidRDefault="00C5189E">
      <w:pPr>
        <w:spacing w:after="0" w:line="240" w:lineRule="auto"/>
      </w:pPr>
      <w:r>
        <w:separator/>
      </w:r>
    </w:p>
  </w:endnote>
  <w:endnote w:type="continuationSeparator" w:id="0">
    <w:p w14:paraId="535846DE" w14:textId="77777777" w:rsidR="00C5189E" w:rsidRDefault="00C518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30A4C6" w14:textId="77777777" w:rsidR="00A82B56" w:rsidRDefault="003C2B16">
    <w:pPr>
      <w:pStyle w:val="Footer"/>
      <w:jc w:val="center"/>
    </w:pPr>
    <w:r>
      <w:rPr>
        <w:sz w:val="15"/>
      </w:rPr>
      <w:t>TRAIL CREW | Powered by Commando Mindset | Parent/Guardian Consent Form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D6BE6B" w14:textId="77777777" w:rsidR="00C5189E" w:rsidRDefault="00C5189E">
      <w:pPr>
        <w:spacing w:after="0" w:line="240" w:lineRule="auto"/>
      </w:pPr>
      <w:r>
        <w:separator/>
      </w:r>
    </w:p>
  </w:footnote>
  <w:footnote w:type="continuationSeparator" w:id="0">
    <w:p w14:paraId="738FD3C6" w14:textId="77777777" w:rsidR="00C5189E" w:rsidRDefault="00C518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04495878">
    <w:abstractNumId w:val="8"/>
  </w:num>
  <w:num w:numId="2" w16cid:durableId="1322083875">
    <w:abstractNumId w:val="6"/>
  </w:num>
  <w:num w:numId="3" w16cid:durableId="549271742">
    <w:abstractNumId w:val="5"/>
  </w:num>
  <w:num w:numId="4" w16cid:durableId="622082096">
    <w:abstractNumId w:val="4"/>
  </w:num>
  <w:num w:numId="5" w16cid:durableId="588317302">
    <w:abstractNumId w:val="7"/>
  </w:num>
  <w:num w:numId="6" w16cid:durableId="1192450385">
    <w:abstractNumId w:val="3"/>
  </w:num>
  <w:num w:numId="7" w16cid:durableId="1059284242">
    <w:abstractNumId w:val="2"/>
  </w:num>
  <w:num w:numId="8" w16cid:durableId="558442892">
    <w:abstractNumId w:val="1"/>
  </w:num>
  <w:num w:numId="9" w16cid:durableId="21275797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3B8F"/>
    <w:rsid w:val="00034616"/>
    <w:rsid w:val="0006063C"/>
    <w:rsid w:val="00127778"/>
    <w:rsid w:val="0015074B"/>
    <w:rsid w:val="00237E72"/>
    <w:rsid w:val="0029639D"/>
    <w:rsid w:val="00326F90"/>
    <w:rsid w:val="003C2B16"/>
    <w:rsid w:val="003C353C"/>
    <w:rsid w:val="005C470F"/>
    <w:rsid w:val="00626F15"/>
    <w:rsid w:val="00642E79"/>
    <w:rsid w:val="006A2F5E"/>
    <w:rsid w:val="00902BD3"/>
    <w:rsid w:val="00A82B56"/>
    <w:rsid w:val="00AA1D8D"/>
    <w:rsid w:val="00B47730"/>
    <w:rsid w:val="00C355DE"/>
    <w:rsid w:val="00C5189E"/>
    <w:rsid w:val="00CB0664"/>
    <w:rsid w:val="00E0196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42C5B96"/>
  <w14:defaultImageDpi w14:val="300"/>
  <w15:docId w15:val="{55BEAC58-19DA-9049-8416-E52B987C1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1135</Words>
  <Characters>6471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7591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Laura Bayliss</cp:lastModifiedBy>
  <cp:revision>2</cp:revision>
  <dcterms:created xsi:type="dcterms:W3CDTF">2026-08-15T21:04:00Z</dcterms:created>
  <dcterms:modified xsi:type="dcterms:W3CDTF">2026-08-15T21:04:00Z</dcterms:modified>
  <cp:category/>
</cp:coreProperties>
</file>